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2F47" w14:textId="77777777" w:rsidR="007566D3" w:rsidRDefault="00473AC0">
      <w:pPr>
        <w:pStyle w:val="Heading1"/>
      </w:pPr>
      <w:bookmarkStart w:id="0" w:name="_GoBack"/>
      <w:bookmarkEnd w:id="0"/>
      <w:r>
        <w:t>New York City Council</w:t>
      </w:r>
    </w:p>
    <w:p w14:paraId="50C77FB3" w14:textId="77777777" w:rsidR="007566D3" w:rsidRDefault="00473AC0">
      <w:pPr>
        <w:pStyle w:val="Heading2"/>
      </w:pPr>
      <w:r>
        <w:t>Memorandum in Support of Legislation</w:t>
      </w:r>
    </w:p>
    <w:p w14:paraId="107AC5C1" w14:textId="77777777" w:rsidR="007566D3" w:rsidRDefault="00473AC0">
      <w:r>
        <w:t>This memorandum is authored by the sponsor and explains the need for the legislation referenced below, in accordance with Rule 6.00(d) of the Rules of the Council.</w:t>
      </w:r>
    </w:p>
    <w:p w14:paraId="51013AC7" w14:textId="77777777" w:rsidR="007566D3" w:rsidRDefault="007566D3"/>
    <w:p w14:paraId="3738D0F1" w14:textId="77777777" w:rsidR="007566D3" w:rsidRDefault="00473AC0">
      <w:r>
        <w:t>Legislative Service Number:</w:t>
      </w:r>
    </w:p>
    <w:p w14:paraId="19B46F91" w14:textId="073EA6A2" w:rsidR="007566D3" w:rsidRDefault="00473AC0">
      <w:pPr>
        <w:pStyle w:val="ListBullet"/>
      </w:pPr>
      <w:r>
        <w:t xml:space="preserve">LS No. </w:t>
      </w:r>
      <w:r w:rsidR="00094B7D">
        <w:t>13772</w:t>
      </w:r>
    </w:p>
    <w:p w14:paraId="3A28C220" w14:textId="77777777" w:rsidR="007566D3" w:rsidRDefault="00473AC0">
      <w:r>
        <w:t>Prime Sponsor:</w:t>
      </w:r>
    </w:p>
    <w:p w14:paraId="48AC2529" w14:textId="6B724369" w:rsidR="007566D3" w:rsidRDefault="00473AC0">
      <w:pPr>
        <w:pStyle w:val="ListBullet"/>
      </w:pPr>
      <w:r>
        <w:t xml:space="preserve">Council Member </w:t>
      </w:r>
      <w:r w:rsidR="00094B7D">
        <w:t>Robert Holden</w:t>
      </w:r>
    </w:p>
    <w:p w14:paraId="0F1A6014" w14:textId="77777777" w:rsidR="007566D3" w:rsidRDefault="00473AC0">
      <w:r>
        <w:t>Bill Title:</w:t>
      </w:r>
    </w:p>
    <w:p w14:paraId="74EEF06C" w14:textId="77777777" w:rsidR="00094B7D" w:rsidRDefault="00094B7D" w:rsidP="00094B7D">
      <w:pPr>
        <w:pStyle w:val="ListParagraph"/>
        <w:numPr>
          <w:ilvl w:val="0"/>
          <w:numId w:val="10"/>
        </w:numPr>
      </w:pPr>
      <w:r>
        <w:t>A Local Law to amend the administrative code of the city of New York, in relation to requiring</w:t>
      </w:r>
    </w:p>
    <w:p w14:paraId="37DBA056" w14:textId="0D8A63F0" w:rsidR="007566D3" w:rsidRDefault="00094B7D" w:rsidP="00094B7D">
      <w:r>
        <w:t xml:space="preserve">the department of parks and recreation to replace trees within 18 months </w:t>
      </w:r>
      <w:r w:rsidR="00473AC0">
        <w:t>Submitted by:</w:t>
      </w:r>
    </w:p>
    <w:p w14:paraId="7FA2CFE5" w14:textId="0D73A4C7" w:rsidR="007566D3" w:rsidRDefault="00473AC0">
      <w:pPr>
        <w:pStyle w:val="ListBullet"/>
      </w:pPr>
      <w:r>
        <w:t xml:space="preserve">Council Member </w:t>
      </w:r>
      <w:r w:rsidR="00094B7D">
        <w:t>Robert Holden</w:t>
      </w:r>
    </w:p>
    <w:p w14:paraId="240E6E11" w14:textId="77777777" w:rsidR="007566D3" w:rsidRDefault="00473AC0">
      <w:pPr>
        <w:pStyle w:val="Heading3"/>
      </w:pPr>
      <w:r>
        <w:t>Justification</w:t>
      </w:r>
    </w:p>
    <w:p w14:paraId="134642BE" w14:textId="1380A2E7" w:rsidR="00094B7D" w:rsidRDefault="00094B7D">
      <w:r>
        <w:t>Parks Department is working incredibly hard to get enough trees in this city, but spots that had a tree that needed to get taken down often are forgotten and fall to the wayside.</w:t>
      </w:r>
    </w:p>
    <w:p w14:paraId="4494C29F" w14:textId="4D90C112" w:rsidR="00094B7D" w:rsidRDefault="00094B7D">
      <w:r>
        <w:t xml:space="preserve">This legislation will ensure that neighborhoods and homeowners that get used to having trees and all the positive aspects that come with them will continue to enjoy them. </w:t>
      </w:r>
    </w:p>
    <w:p w14:paraId="6AA4A465" w14:textId="28850CBC" w:rsidR="007566D3" w:rsidRDefault="00473AC0">
      <w:r>
        <w:t>For these reasons, I urge my colleagues to support this legislation.</w:t>
      </w:r>
    </w:p>
    <w:sectPr w:rsidR="007566D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4E5639"/>
    <w:multiLevelType w:val="hybridMultilevel"/>
    <w:tmpl w:val="20F48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94B7D"/>
    <w:rsid w:val="0015074B"/>
    <w:rsid w:val="0029639D"/>
    <w:rsid w:val="00326F90"/>
    <w:rsid w:val="00473AC0"/>
    <w:rsid w:val="00512AE4"/>
    <w:rsid w:val="007566D3"/>
    <w:rsid w:val="00AA1D8D"/>
    <w:rsid w:val="00B47730"/>
    <w:rsid w:val="00CB0664"/>
    <w:rsid w:val="00DB216A"/>
    <w:rsid w:val="00ED36AB"/>
    <w:rsid w:val="00F2271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EA6D1E"/>
  <w14:defaultImageDpi w14:val="300"/>
  <w15:docId w15:val="{51FFD016-69D3-4137-AA47-F9BACB56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ECCC70-7C5F-4260-AAC0-2D01AF96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Jeffries, Jillian</cp:lastModifiedBy>
  <cp:revision>2</cp:revision>
  <dcterms:created xsi:type="dcterms:W3CDTF">2025-12-05T20:46:00Z</dcterms:created>
  <dcterms:modified xsi:type="dcterms:W3CDTF">2025-12-05T20:46:00Z</dcterms:modified>
  <cp:category/>
</cp:coreProperties>
</file>